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1840: 回形取数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1840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蓝桥杯二维数组递归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530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二维数组 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回形取数就是沿矩阵的边取数，若当前方向上无数可取或已经取过，则左转 90 度。一开始位于矩阵左上角，方向向下。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输入第一行是两个不超过 200 的正整数 m ,  n ，表示矩阵的行和列。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行每行 n 个非负整数，表示这个矩阵。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输出只有一行，共 m × n 个数，为输入矩阵回形取数得到的结果。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数之间用一个空格分隔，行末不要有多余的空格。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