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1833: 八皇后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1833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回溯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1264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回溯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会下国际象棋的人都很清楚：皇后可以在横、竖、斜线上不限步数地吃掉其他棋子。如何将 8 个皇后放在棋盘上（有 8 × 8 个方格），使它们谁也不能被吃掉！这就是著名的八皇后问题。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对于某个满足要求的 8 皇后的摆放方法，定义一个皇后串 a 与之对应，即 a=b_1b_2 ⋯ b_8，其中 b_i 为相应摆法中第 i 行皇后所处的列数。已经知道 8 皇后问题一共有 92 组解（即 92 个不同的皇后串）。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给出一个数 b ，要求输出第 b 个串。串的比较是这样的：皇后串 x 置于皇后串 y 之前，当且仅当将 x 视为整数时比 y 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行是测试数据的组数 n ，后面跟着 n 行输入。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每组测试数据占 1 行，包括一个正整数 b (1 ≤ b ≤ 92)。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输出有 n 行，每行输出对应一个输入。输出应是一个正整数，是对应于 b 的皇后串。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92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15863724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84136275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