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1832: 八皇后问题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在国际象棋棋盘上放置八个皇后，要求每两个皇后之间不能直接吃掉对方。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无输入。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按给定顺序和格式输出所有八皇后问题的解（见Sample Output）。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No.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1 0 0 0 0 0 0 0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0 0 0 0 0 0 1 0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0 0 0 0 1 0 0 0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0 0 0 0 0 0 0 1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0 1 0 0 0 0 0 0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0 0 0 1 0 0 0 0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0 0 0 0 0 1 0 0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0 0 1 0 0 0 0 0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No.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1 0 0 0 0 0 0 0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0 0 0 0 0 0 1 0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0 0 0 1 0 0 0 0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0 0 0 0 0 1 0 0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0 0 0 0 0 0 0 1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0 1 0 0 0 0 0 0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0 0 0 0 1 0 0 0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0 0 1 0 0 0 0 0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No.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1 0 0 0 0 0 0 0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0 0 0 0 0 1 0 0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0 0 0 0 0 0 0 1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0 0 1 0 0 0 0 0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0 0 0 0 0 0 1 0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0 0 0 1 0 0 0 0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0 1 0 0 0 0 0 0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0 0 0 0 1 0 0 0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No.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1 0 0 0 0 0 0 0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0 0 0 0 1 0 0 0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0 0 0 0 0 0 0 1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0 0 0 0 0 1 0 0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0 0 1 0 0 0 0 0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0 0 0 0 0 0 1 0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0 1 0 0 0 0 0 0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0 0 0 1 0 0 0 0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No.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0 0 0 0 0 1 0 0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1 0 0 0 0 0 0 0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0 0 0 0 1 0 0 0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0 1 0 0 0 0 0 0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0 0 0 0 0 0 0 1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0 0 1 0 0 0 0 0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0 0 0 0 0 0 1 0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0 0 0 1 0 0 0 0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No.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0 0 0 1 0 0 0 0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1 0 0 0 0 0 0 0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0 0 0 0 1 0 0 0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0 0 0 0 0 0 0 1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0 1 0 0 0 0 0 0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0 0 0 0 0 0 1 0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0 0 1 0 0 0 0 0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0 0 0 0 0 1 0 0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No.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0 0 0 0 1 0 0 0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1 0 0 0 0 0 0 0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0 0 0 0 0 0 0 1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0 0 0 1 0 0 0 0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0 1 0 0 0 0 0 0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0 0 0 0 0 0 1 0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0 0 1 0 0 0 0 0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0 0 0 0 0 1 0 0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No.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0 0 1 0 0 0 0 0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1 0 0 0 0 0 0 0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0 0 0 0 0 0 1 0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0 0 0 0 1 0 0 0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0 0 0 0 0 0 0 1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0 1 0 0 0 0 0 0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0 0 0 1 0 0 0 0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0 0 0 0 0 1 0 0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No.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0 0 0 0 1 0 0 0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1 0 0 0 0 0 0 0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0 0 0 1 0 0 0 0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0 0 0 0 0 1 0 0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0 0 0 0 0 0 0 1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0 1 0 0 0 0 0 0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0 0 0 0 0 0 1 0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0 0 1 0 0 0 0 0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...以下省略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此题可使用函数递归调用的方法求解。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