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1824: 01string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1824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递归排列组合动态规划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 ，输出仅由 0 和 1 组成的长度为 n 的字符串，并且其中不含有三个连续的相同子串。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仅需输出方案总数。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一个整数，表示字符串长度 n (n ≤ 30)。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一个整数，表示所有满足条件的字符串的个数。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