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1823: 谷仓的安保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深搜递归USACO排列组合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 USACO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John给谷仓安装了一个新的安全系统，并且要给牛群中的每一个奶牛安排一个有效的密码。一个有效的密码由 L (3 ≤ L ≤ 15)个小写字母(来自传统的拉丁字母集'a'...'z')组成，至少有一个元音('a', 'e', 'i', 'o', 或者 'u')，至少两个辅音(除去元音以外的音节)，并且有按字母表顺序出现的字母(例如，'abc'是有效的，而'bac'不是)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给定一个期望长度 L 和 C 个小写字母，写一个程序，打印出所有的长度为 L、能由这些字母组成的有效密码。密码必须按字母表顺序打印出来，一行一个。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第一行: 两个由空格分开的整数，L 和 C 。（3 ≤ C ≤ 26）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第二行: C 个空格分开的小写字母，密码是由这个字母集中的字母来构建的。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输出若干行，每一个输出行包括一个长度为 L 个字符的密码(没有空格)。输出行必须按照字母顺序排列。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如果计算出超过 25000 个有效密码，你的程序只需输出前25000 个有效密码，即使后面还存在有效密码。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t c i s w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acis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acit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aciw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acsw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actw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aist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aisw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aitw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astw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cist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cisw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citw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istw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