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1819: 奇怪的电梯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有一天我做了一个梦，梦见了一种很奇怪的电梯。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大楼的每一层楼都可以停电梯，而且第 i 层楼 (1≤i≤N) 上有一个数字 K_i(0≤K_i≤N) 。电梯只有四个按钮：开，关，上，下。上下的层数等于当前楼层上的那个数字。当然，如果不能满足要求，相应的按钮就会失灵。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 3,3,1,2,5 代表了 K_i(K_1=3,K_2=3,…) ，从 1 楼开始。在 1 楼，按“上”可以到 4 楼，按“下”是不起作用的，因为没有 −2 楼。那么，从 A 楼到 B 楼至少要按几次按钮呢？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共二行。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3 个用空格隔开的正整数，表示 N,A,B(1≤N≤200, 1≤A,B≤N)。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个用空格隔开的非负整数，表示 K_i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一行，即最少按键次数,若无法到达，则输出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3 3 1 2 5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