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1818: 温度统计？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气象台发布了未来 n 天的温度预报。请你编程帮助老师计算一下，未来 n 天最高温度和最低温度的差值是多少？哪天温度最低？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n。 （n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个整数，代表未来 n 天的天气。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 1 个整数，代表最高问题和最低温度的差值。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行输出第几天温度最低，如果有多天温度都是最低的，那么都要输出（多个数用空格隔开）。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15 10 6 8 6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