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1812: 排名第二高的成绩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帮老师统计一个班级 N （10 &lt; N &lt; 100）个同学的考试成绩（成绩不可能全一样）中排名第二高的成绩是多少？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n（5 &lt; n &lt;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输出排名第 2 高的成绩。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