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1811: 买不买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小明去超市买商品，已经买了 N 件，每件商品的价格都是整数，小明发现今天买的东西太多了，决定如果购买商品的总金额大于 100 元，就把最贵的商品放回去（如果有多个商品价格一样，且都是最贵的，只要放回一件就可以）。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请编程帮助小明计算一下，是否要放回一件商品，最终小明付了多少钱？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（n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行输出小明是否需要放回最贵的商品，如果要放回，请输出Yes，否则请输出No。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行输出小明最终应该付款的金额。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21 18 32 10 5 46 58 1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