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1810: 最贵商品和最便宜商品分别有几个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小明去超市买商品，买了 N 件，每件商品的价格都是整数（价格不会全都一样），小明想知道这 N 件商品中，最贵商品和最便宜商品分别有几个（最贵和最便宜分别可以有多个）？请你编写程序帮忙小明计算。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n（n ≤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2 个整数，用空格隔开，第 1 个整数代表最贵的商品有几个，第 2 个整数代表最便宜的商品有几个。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12 3 3 15 34 17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