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1809: 最贵商品和最便宜商品之差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1809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6060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小明去超市买商品，买了 N 件，每件商品的价格都是整数，小明想知道这 N 件商品中，最贵商品和最便宜商品之间相差多少元？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请你编写程序帮忙小明计算。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行输入一个整数 n（n ≤ 1000）。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行有 n 个整数。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输出一个整数，代表差值。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12 6 67 3 88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85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