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1808: 象棋比赛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两位同学进行了 n 场的象棋比赛（3≤ n ≤ 9，且 n 是奇数），他们的参赛号分别是 10 和 20，每场比赛都有一位胜出的同学（也就是不存在平局的情况），请问最终哪位同学取得了胜利？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n，代表举办比赛的次数。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个整数（这 n 个整数一定是 10 或者是 20，代表获得胜利同学的参赛号）。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输出获得胜利同学的参赛号。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10 10 20 10 20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