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1807: 排好队了吗？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体育课上，体育老师要求同学们按照从矮到高或者从高到矮排好队，现在从键盘读入 n 个人的身高，请问，这 n 个人按照老师的要求排好队了吗？如果排好队了，请输出Good，如果没有排好，请输出No。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1 个整数 n （5 ≤ n ≤ 10），代表有 n 个人。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个整数，用空格隔开表示 n 个人的身高。（这 n 个数都是 120 ∼ 180 之间的整数，可能存在身高一样的同学）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如果排好队了，请输出Good，如果没有排好，请输出No。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