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1806: 是什么数列？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小明学习了等差数列和等比数列的知识。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等差数列是指从第二项起，每一项与它的前一项的差都是相等的。比如数列：1 3 5 7 9和数列：9 7 5 3 1 都是等差数列。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等比数列是指从第二项起，每一项与它的前一项的比值都是相等的。比如数列：1 2 4 8 16 和数列：16 8 4 2 1 都是等比数列。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现从键盘读入 n 个整数，判断是等差数列还是等比数列，如果是等差数列，请输出dengcha，如果是等比数列，请输出dengbi，如果两种数列都不是，请输出no。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本题中等差数列的差值和等比数列的比值，一定是整数。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 1 个整数 n 。（5 ≤ 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个不相同的整数，用空格隔开。（这 n 个数都是1 ∼ 1000之间的整数）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如果是等差数列，请输出dengcha，如果是等比数列请输出dengbi，如果都不符合，请输出no。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25 20 15 10 5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dengcha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