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1805: 珠子计算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杰克把 N (3 ≤ N ≤ 80)粒蓝色和橙色的珠子连成了一串，问有多少对珠子（相邻的）是不同颜色的。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比如：输入1 0 1 0 1 0，那么有 6 对相邻的珠子是不同颜色的。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个数字（0 或 1），其中 0 表示橙色，1 表示蓝色。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输出相邻两粒珠是不同颜色的对数。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1 0 0 1 1 1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注意边界问题，也就是第一个和最后一个珠子。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