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1802: 填涂颜色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由数字 0 组成的方阵中，有一任意形状闭合圈，闭合圈由数字 1 构成，围圈时只走上下左右 4 个方向。现要求把闭合圈内的所有空间都填写成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例如：6 × 6 的方阵（n=6），涂色前和涂色后的方阵如下。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1 1 1 1 1 1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1 1 1 1 1 1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每组测试数据第一行一个整数 n (1≤n≤30)。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行，由 0 和 1 组成的 n × n 的方阵。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方阵内只有一个闭合圈，圈内至少有一个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已经填好数字 2 的完整方阵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的数据：1≤n≤30。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