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1799: 计算器的改良 [NOIP2000 普及组]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1799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noip复赛字符串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370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noip复赛 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NCL 是一家专门从事计算器改良与升级的实验室，最近该实验室收到了某公司所委托的一个任务：需要在该公司某型号的计算器上加上解一元一次方程的功能。实验室将这个任务交给了一个刚进入的新手 ZL 先生。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为了很好的完成这个任务，ZL 先生首先研究了一些一元一次方程的实例：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4+3x=8。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6a-5+1=2-2a。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-5+12y=0。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ZL 先生被主管告之，在计算器上键入的一个一元一次方程中，只包含整数、小写字母及 +、-、= 这三个数学符号（当然，符号“-”既可作减号，也可作负号）。方程中并没有括号，也没有除号，方程中的字母表示未知数。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你可假设对键入的方程的正确性的判断是由另一个程序员在做，或者说可认为键入的一元一次方程均为合法的，且有唯一实数解。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一个一元一次方程。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解方程的结果（精确至小数点后三位）。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6a-5+1=2-2a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a=0.750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方程在计算过程中，不会出现超过int范围的整数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【来源】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noip2000普及组复赛第1题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