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1793: 采购水果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食堂采购员用 n 元去水果市场采购苹果和梨，已知苹果 x 元/斤，梨 y 元/斤，要求每种水果都至少购买到 10 斤或 10 斤以上，且要把 n 元花完，请问有多少种不同的买法？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 n、x、y ，分别代表总金额、苹果的单价和梨的单价。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一个整数，代表购买方案的总数。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