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1791: 火车编组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1791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容器stack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1188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容器 stack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货运火车要在编组站根据挂靠车厢到达目的地重新分组，如果一列火车有 4 节车厢，经过编组后，车厢的编组顺序为 3,2,4,1；您知道编组站是怎么编组的吗？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明到编组站参观后发现编组站的铁路有很多岔道，火车在岔道上来来回回地开动，最后列车编组就完成了。小明想到学习过的栈操作，发现火车编组的过程就是由若干进栈，出栈操作构成的。于是小明编了一个程序，只要知道最后的编组要求，就能将编组方案输出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比如，有 4 辆火车，初始的顺序是 1 2 3 4 ，最后编组的结果是 3 2 4 1，那么只需要准备一个栈，让这 4 辆火车按照：进栈、进栈、进栈、出站、出站、进栈、出站、出站的顺序进行栈的操作就可以得到 3 2 4 1 的编组结果。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1 行 1 个正整数 n，n ≤ 100。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2 行 n 个小于或等于 n 的正整数，表示有 n 节车厢，编号为 1,2,3, ⋯ ,n ；编组时按照编号进栈，第 2 行表示列车经过编组后的车厢编号顺序；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一行一个由大写字母 A 和 B 构成的字符串， A 表示进栈，B 表示出栈。表示编组时进栈出栈的操作序列；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3 2 4 1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AAABBABB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