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1789: 双向队列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队列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队列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想想双向链表……双向队列的定义差点儿相同，也就是说一个队列的队尾同一时候也是队首。两头都能够做出队，入队的操作。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如今给你一系列的操作。请输出最后队列的状态；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命令格式：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 X 表示一个整数，命令代表左边进队操作；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RIN X 表示右边进队操作；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ROUT 表示右边出队操作；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LOUT 表示从左边出队操作。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第一行包括一个整数 M(M ≤ 10000)，表示有 M 个操作；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M 行每行包括一条命令；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命令可能不合法，对于不合法的命令，请在输出中处理；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输出的第一行包括队列进行了 M 次操作后的状态。从左往右输出，每两个之间用空格隔开。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下面若干行处理不合法的命令（假设存在）；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对于不合法的命令。请输出一行 X ERROR。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当中 X 表示是第几条命令；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RIN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LOUT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ROUT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ROUT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ROUT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ERROR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