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1779: 装箱问题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背包动态规划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有一个箱子容量为 V（正整数，0 ≤ V ≤ 200000 ），同时有 n 个物品（ 0 &lt; n ≤ 30 )，每个物品有一个体积（正整数）。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要求 n 个物品中，任取若干个装入箱内，使箱子的剩余空间为最小。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个整数，表示箱子容量；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个整数，表示有 n 个物品；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行，分别表示这 n 个物品的各自体积；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个整数，表示箱子剩余空间。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