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1775: 谁的孙子最多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1775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vector树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2694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vector 树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给定一棵树，其中 1 号结点是根结点，问哪一个结点的孙子结点最多，有多少个。（孙子结点，就是儿子结点的儿子结点。）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N（N≤10000），表示树结点的个数。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此后 N 行，第 i 行包含一个整数 C_i，表示 i 号结点儿子结点的个数，随后共 C_i 个整数，分别表示一个 i 号结点的儿子结点（结点编号在 1 ∼ N 之间）。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一行两个整数，表示孙子结点最多的结点，以及其孙子结点的个数，如果有多个，输出编号最小的（本题测试数据确保有解）。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