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1772: 滑动窗口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1772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单调队列RMQ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921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给定一个长度为 n（n ≤ 10^6）的数组。有一个大小为 k 的滑动窗口从数组的最左端移动到最右端。你可以看到窗口中的 k 个数字。窗口每次向右滑动一个数字的距离。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下面是一个例子：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数组是 [1 3 -1 -3 5 3 6 7]， k = 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你的任务是得到滑动窗口在每个位置时的最大值和最小值。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34553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2qwv23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3455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输入包括两行。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第一行包括 n 和 k ，分别表示数组的长度和窗口的大小。（k＜n）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第二行包括 n 个数字。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输出包括两行。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第一行包括窗口从左至右移动的每个位置的最小值。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第二行包括窗口从左至右移动的每个位置的最大值。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3 -1 -3 5 3 6 7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-1 -3 -3 -3 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3 3 5 5 6 7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