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1768: 格子游戏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set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格子游戏开始啦。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 5 × 5 的方格矩阵中，每个格子上有一个数字，同学们可以从任何一个格子开始，沿着上下左右四个方向跳跃到相邻的格子。当然啦，在结束游戏之前，同学们不能跳出矩阵，允许同学们跳到自己曾经跳过的格子。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同学按上述规则，从任意一个格子出发，跳跃 5 次，将经过的每个格子的数字连在一起，得到一个 6 位的数字串（注意：得到的数字串允许以数字 0 开头，比如：000123、000000）。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请问：小 A 同学最多能得到多少种不同的数字串？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5 行，每行 5 个 1 位的整数，整数之间用空格隔开。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输出能够组合出的不同数字串的数量。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样例中，能得到的不同的数字串有：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111111, 111112, 111121, 111211, 11212, 112111, 112121, 121111, 121112, 121211, 121212, 211111, 211121, 212111, 212121。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