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1766: 统计数对个数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set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考虑一组 n 个不同的正整数 a_1,a_2,...,a_n ，它们的值在 1 到 1000000 之间。给定一个整数 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写一个程序计算这样的数对个数 (a_i,a_j) ，1≤i &lt; j≤n 并且 a_i+a_j=x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标准输入的第一行是一个整数 n ( 1≤n≤1000000 )。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个整数表示元素。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第三行是一个整数 x ( 1≤x≤2000000 )。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输出一行包含一个整数表示这样的数对个数。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5 12 7 10 9 1 2 3 11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不同的和为 13 的数对是 (12, 1), (10, 3) 和 (2, 11)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