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1754: 合并有序表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k路归并问题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把k个有序表合并成一个有序表。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元素共有n个。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读入K。接下来K行。每i行第一个数为Ci表示接下来这一行有Ci个数，表示第i个序列。总数小于100000。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输出有序序列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3 7 10 13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3 8 11 14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3 9 12 15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3 0 16 17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