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1746: 能被2、3、5、7中至少2个数整除的数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13613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请输出 1 ∼ n 中至少能够被 2、3、5、7 中两个及两个以上的数整除的数？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比如：30，就是能够被 2、3、5、7 中的 3 个数整除，就是符合条件的数。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n（n ≤ 200）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∼ n 中满足条件的数，每行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