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1744: 纯粹的四位奇数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纯粹奇数指的是一个数的各个位都是奇数的数，比如：1357 ；请编程求出 1000 ~ n 中，所有的四位的纯粹奇数的和是多少？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 n 为 1000~9999 之间的整数）；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1000~n 中所有四位纯粹奇数的和。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101625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