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1742: 三位回文数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13308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请从小到大输出 m ∼ n 之间所有的 3 位的回文数，并求出这些数有多少个。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m 和 n 用空格隔开（ m&lt;=n ，且 m 和 n 一定都是 3 位数）。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先输出 m ∼ n之间所有的 3 位的回文数，每行 1个；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 1 行输出 3 位回文数总共有多少个；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100 200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