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1737: 奇怪的数？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13395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小明最近刚刚学习数学，回家后老师布置了一道题目：要求小明找出满足条件的奇怪整数：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、该数为四位数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、该数的千位和十位对调，百位和个位对调后，仍然等于本身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、该数为奇数。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你能帮助小明找到满足以上条件的奇怪整数吗？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n(n ≥ 1000)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以内的奇怪整数，每行一个。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