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1734: 谁的年龄大?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小明、小王想看看他们俩谁的年龄大，目前已知小明的年龄 n（n 为一个两位数），小王的年龄为 n 倒过来后组成的数，请问他们两谁的年龄大？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小明的年龄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一个整数，表示他们俩年龄的最大值。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