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1733: 统计数字和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现有一个三位整数 n  ,要求计算其每位的数字之和。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一个整数n，代表要求和的整数。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该数的每位数字之和。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