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1728: 单词接龙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1728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晶晶同学刚刚学会接龙游戏，接龙游戏是这样玩的，第一个同学说出一个英文单词，第二个同学只要能想出一个单词，该单词的第一个字母和上一个单词的最后一个字母只要相同，就算接龙成功。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比如：page earth habit ten nose，这 5 个单词就成功组成了一条龙；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而 page nose 这两个单词就是不能接上的龙。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晶晶想知道，如果读入一句英文，该句子中只包含若干英文单词和空格（单词都是由小写字母组成，单词之间由 1 个或多个空格隔开），那么这些单词能成功接龙吗？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如果能够成功接龙，请输出 Y，否则请输出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1 行，有一个英文句子，英文句子包含若干单词，单词数量不超过 20 个，且都是由小写字母组成，单词之间由一个或多个空格隔开（第一个单词前和最后一个单词后也可能有空格）。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能成功接龙请输出 Y，否则输出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