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1725: 声音识别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学校王老师研发了一套新的声音识别系统，该系统预先将每位同学的学号和声音录入之后，只要同学一说话，就知道是哪个学号的同学在说话（不同的同学声音是完全不一样的）。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王老师将系统装在了教室，系统收集到了一节英语课中同学们说话的 n 个片段，并转换为了同学们的学号，请你编程帮助王老师计算出，有多少个同学在英语课中发过言，并按照学号由小到大，输出每位同学的学号及该学号的同学发言的次数。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比如，假设经过系统分析，得到如下的 8 个同学的学号分别是：8 1 6 1 8 6 7 2，表示同学们的发言顺序分别是：8 号、1 号、6 号、1 号、8 号、6 号、7 号、2 号，那么一共有 5 位同学发过言，按照学号由小到大输出发言次数如下：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分别代表 1 号同学发言 2 次、2 号同学发言 1 次、6 号同学发言 2 次、7 号同学发言 1 次、8 号同学发言 2 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输入有 2 行，第 1 行有一个整数 n（3≤n≤10000）；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个数字（这些整数都是 1~100 之间的整数，含 1 和 100），数字之间用空格隔开，代表同学们的学号。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 1 个整数，代表总共有多少名同学说过话。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接下来输出若干行，每行 2 个整数，用空格隔开，表示按照学号由小到大输出发言同学的学号及每位同学发言的次数。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