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1721: 输出个位为5或者个位为8数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19425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请从小到大输出 1 ∼ n 中所有个位为 5 或者个位为8 的所有的整数，每行 1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 n=20，那么满足条件的数输出如下：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∼ n 中所有满足条件的整数。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