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1719: 买礼物？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1719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1585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暑假小华来到北京旅游，第一次来到北京的小华非常开心，他想买一些礼物带给自己的好朋友。小华在礼物店看上了 3 件礼物，价格分别是三个不相等的整数 x、y 和 z 元，小华买了三件礼物中价格最高的一件和价格最低的一件。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请问小华总共要花多少钱，平均一件礼物要花多少钱（平均值保留1位小数）？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比如，假设小华看上的3件礼物的价格分别是 8、3、5 ，那么小华买的两件礼物的价格分别是 8 和 3 ，总共花了8+3=11 元，平均一件礼物花了 5.5 元。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三个不相等的整数 x、y、z ，分别代表小华看上的 3 件礼物的价格。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输出有 2 行，第 1 行输出小华买礼物总共花了多少钱；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2 行输出小华平均一件礼物花了多少钱，平均值保留 1 位小数。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