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1716: 小明的体重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小明是一个刚刚学会算术的小朋友，他非常热衷于计算；这天他发现自己的体重正好是爸爸体重的各个位的和，这也太巧了！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请从键盘读入小明爸爸的体重（已知小明爸爸的体重是一个三位数），计算出小明有多重？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比如：假设小明爸爸的体重是 128 公斤，那么小明的体重 = 1 + 2 + 8 = 11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输入一个整数，代表小明爸爸的体重（已知小明爸爸的体重是一个三位数）。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一个整数，代表小明的体重。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