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1715: 输出满足条件的整数5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1715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17360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有这样一个四位数,其千位和百位之和为偶数，十位和个位之和为奇数，且前两位之和大于后两位之和，且含有因数 8 ，请输出满足上述条件的整数。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输出满足条件的整数，每行一个。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