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1714: 输出满足条件的整数4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1714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18484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∼ n 中含有数字 3 或者含有数字 5 ，且因数有 2 （即能被 2 整除）的所有整数。（ n &lt; 1000）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从键盘输入一个整数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输出满足条件的整数，每行一个。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50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