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1709: 两数差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2046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输入一个四位数，输出倒序后的新数与原数的差值（结果要求为正数）。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输入一个四位正整数。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输出这个正整数与倒序数的差（正数）。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4321-1234=3087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1、使用if语句完成，如果倒序数大则倒序数减去原数，否则反之。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2、注意打印格式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