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1708: 四数最小值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输入四个整数。输出最小的那个数？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输入一行，有四个整数 a，b，c，d (-10000 ≤ a b c d ≤ 10000) ，两两之间用空格隔。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输出只有一个整数（这意味着末尾有一个回车符号），表示最小的那个。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7 8 9 10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