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1706: 淘淘初级班考试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淘淘参加了信息学奥赛初级班培训，最后需要通过考试才能决定是否有资格进入中级班。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 3 个小时紧张激烈的考试，淘淘做对了 p 个题目，但还是不清楚到底能不能进入中级班，最后他问了老师进入中级班的合格线需要做对 q 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你知道淘淘有没有资格进入中级班学习呢？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p 和 q，用一个空格隔开，表示淘淘做对了 p 个题目和合格线要求做对 q 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如果能够进入中级班，就输出 Yes ，否则输出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