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1705: 四个人从高到低排队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1705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1916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输入四个人的身高，输出从大到小的四个数。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输入一行，只有四个人的身高。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输出只从大到小的四个数。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175 126 189 99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189 175 126 99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