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1704: 整数乘法算式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1704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3958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输入两个整数，以算式的形式输出它们的相乘过程。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两个整数，在一行输入，中间用空格隔开。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一行输出结果与过程。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9*4=36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