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1703: 小明买水果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24471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小明去超市买了若干斤水果，你能根据水果的单价，小明买的水果数量，编一个程序计算出总金额，并打印出清单。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输入两个值，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第一个为商品的单价，是一个小数。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第二个为商品的数量，是一个整数。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一行，商品的单价，数量，及金额，中间用空格隔开。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单价保留两位小数，总金额去掉小数，数量为整数。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3.55 3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3.55 3 10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