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1700: 请输出所有的2位数中，含有数字2的整数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请输出所有的 2 位数中，含有数字 2 的整数有哪些，每行 1 个，按照由小到大输出。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12、20、21、22、23 ⋯  都是含有数字 2 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按题意要求由小到大输出符合条件的整数，每行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