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1699: 输出是2的倍数，但非3的倍数的数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1699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31554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请从键盘读入一个整数 n，输出 1 ∼ n 中所有是 2 的倍数，但非 3 的倍数的数，每行 1 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比如，读入一个整数 10 ，输出结果如下：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10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按要求输出 1 ∼ n 中满足条件的整数，每行 1 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