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1696: 请输出1~n之间所有的整数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40675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 ，请循环输出 1 ∼ n 之间所有的整数，每行输出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n=5 ，那么输出结果如下：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n 之间所有的整数。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