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1694: 装信封问题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某人写了 N 封信，用去 N 个信封，结果所有的信都装错了信封。求所有的信都装错信封共有多少种不同情况。可用下面公式（错位排列的递推公式）：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基本形式：D(1)=0; D(2)=1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递归形式：D(n)=(n-1)*( D(n-1)+D(n-2))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N，N &lt; 13。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所有的信都装错信封的不同情况数。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