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1691: 数迷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给出含有 N × N 个格子的正方形表格，要求每个格子都填上一个个位数（范围 1 ∼ N ），使得每行、每列以及同一斜线上的数字都不同；部分格子已经填好数字。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求满足题意的方案数。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 (1 ≤ N ≤ 9)。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下来给出一个部分已经填好数字的正方形。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 N 行，每行 N 个字符，'*' 表示空白格子，还没有填数字。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输出符合要求的方案数。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【样例1数据提示】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4 3 2 1 5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2 1 5 4 3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【样例2数据提示】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(1):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1 4 3 2 5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3 2 5 1 4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4 3 2 5 1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2 5 1 4 3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(2):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4 3 2 1 5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2 1 5 4 3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